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10CA" w14:textId="02B8FDF6" w:rsidR="00E116DA" w:rsidRPr="007C4088" w:rsidRDefault="00123327" w:rsidP="00123327">
      <w:pPr>
        <w:spacing w:after="40"/>
        <w:rPr>
          <w:b/>
          <w:sz w:val="52"/>
          <w:szCs w:val="52"/>
        </w:rPr>
      </w:pPr>
      <w:r>
        <w:rPr>
          <w:rFonts w:ascii="Arial" w:hAnsi="Arial"/>
          <w:b/>
          <w:color w:val="145C91"/>
          <w:sz w:val="52"/>
          <w:szCs w:val="52"/>
        </w:rPr>
        <w:t xml:space="preserve">             </w:t>
      </w:r>
      <w:r w:rsidR="00000000" w:rsidRPr="007C4088">
        <w:rPr>
          <w:rFonts w:ascii="Arial" w:hAnsi="Arial"/>
          <w:b/>
          <w:color w:val="145C91"/>
          <w:sz w:val="52"/>
          <w:szCs w:val="52"/>
        </w:rPr>
        <w:t>OZNÁMENÍ PRO OBČANY</w:t>
      </w:r>
    </w:p>
    <w:p w14:paraId="638E0792" w14:textId="77777777" w:rsidR="00E116DA" w:rsidRPr="007C4088" w:rsidRDefault="00000000">
      <w:pPr>
        <w:spacing w:after="120"/>
        <w:jc w:val="center"/>
        <w:rPr>
          <w:b/>
          <w:sz w:val="48"/>
          <w:szCs w:val="48"/>
        </w:rPr>
      </w:pPr>
      <w:r w:rsidRPr="007C4088">
        <w:rPr>
          <w:b/>
          <w:noProof/>
          <w:sz w:val="48"/>
          <w:szCs w:val="48"/>
        </w:rPr>
        <w:drawing>
          <wp:inline distT="0" distB="0" distL="0" distR="0" wp14:anchorId="7DB78DD9" wp14:editId="05C9B8F1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pka_plaka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56559" w14:textId="77777777" w:rsidR="00E116DA" w:rsidRPr="007C4088" w:rsidRDefault="00000000">
      <w:pPr>
        <w:spacing w:before="40" w:after="160"/>
        <w:jc w:val="center"/>
        <w:rPr>
          <w:b/>
          <w:sz w:val="48"/>
          <w:szCs w:val="48"/>
        </w:rPr>
      </w:pPr>
      <w:r w:rsidRPr="007C4088">
        <w:rPr>
          <w:rFonts w:ascii="Arial" w:hAnsi="Arial"/>
          <w:b/>
          <w:color w:val="145C91"/>
          <w:sz w:val="48"/>
          <w:szCs w:val="48"/>
        </w:rPr>
        <w:t>ODEČET VODOMĚRŮ</w:t>
      </w:r>
    </w:p>
    <w:p w14:paraId="61CDE417" w14:textId="759F4237" w:rsidR="00E116DA" w:rsidRPr="007C4088" w:rsidRDefault="00000000" w:rsidP="00123327">
      <w:pPr>
        <w:spacing w:after="180"/>
        <w:ind w:left="-426" w:right="-270"/>
        <w:jc w:val="center"/>
        <w:rPr>
          <w:b/>
          <w:sz w:val="48"/>
          <w:szCs w:val="48"/>
        </w:rPr>
      </w:pPr>
      <w:r w:rsidRPr="007C4088">
        <w:rPr>
          <w:rFonts w:ascii="Arial" w:hAnsi="Arial"/>
          <w:b/>
          <w:color w:val="2D3741"/>
          <w:sz w:val="48"/>
          <w:szCs w:val="48"/>
        </w:rPr>
        <w:t xml:space="preserve">Prosíme </w:t>
      </w:r>
      <w:proofErr w:type="spellStart"/>
      <w:r w:rsidRPr="007C4088">
        <w:rPr>
          <w:rFonts w:ascii="Arial" w:hAnsi="Arial"/>
          <w:b/>
          <w:color w:val="2D3741"/>
          <w:sz w:val="48"/>
          <w:szCs w:val="48"/>
        </w:rPr>
        <w:t>občany</w:t>
      </w:r>
      <w:proofErr w:type="spellEnd"/>
      <w:r w:rsidRPr="007C4088">
        <w:rPr>
          <w:rFonts w:ascii="Arial" w:hAnsi="Arial"/>
          <w:b/>
          <w:color w:val="2D3741"/>
          <w:sz w:val="48"/>
          <w:szCs w:val="48"/>
        </w:rPr>
        <w:t xml:space="preserve">, </w:t>
      </w:r>
      <w:proofErr w:type="spellStart"/>
      <w:r w:rsidRPr="007C4088">
        <w:rPr>
          <w:rFonts w:ascii="Arial" w:hAnsi="Arial"/>
          <w:b/>
          <w:color w:val="2D3741"/>
          <w:sz w:val="48"/>
          <w:szCs w:val="48"/>
        </w:rPr>
        <w:t>kteří</w:t>
      </w:r>
      <w:proofErr w:type="spellEnd"/>
      <w:r w:rsidRPr="007C4088">
        <w:rPr>
          <w:rFonts w:ascii="Arial" w:hAnsi="Arial"/>
          <w:b/>
          <w:color w:val="2D3741"/>
          <w:sz w:val="48"/>
          <w:szCs w:val="48"/>
        </w:rPr>
        <w:t xml:space="preserve"> </w:t>
      </w:r>
      <w:proofErr w:type="spellStart"/>
      <w:r w:rsidRPr="007C4088">
        <w:rPr>
          <w:rFonts w:ascii="Arial" w:hAnsi="Arial"/>
          <w:b/>
          <w:color w:val="2D3741"/>
          <w:sz w:val="48"/>
          <w:szCs w:val="48"/>
        </w:rPr>
        <w:t>odebírají</w:t>
      </w:r>
      <w:proofErr w:type="spellEnd"/>
      <w:r w:rsidRPr="007C4088">
        <w:rPr>
          <w:rFonts w:ascii="Arial" w:hAnsi="Arial"/>
          <w:b/>
          <w:color w:val="2D3741"/>
          <w:sz w:val="48"/>
          <w:szCs w:val="48"/>
        </w:rPr>
        <w:t xml:space="preserve"> </w:t>
      </w:r>
      <w:proofErr w:type="spellStart"/>
      <w:r w:rsidRPr="007C4088">
        <w:rPr>
          <w:rFonts w:ascii="Arial" w:hAnsi="Arial"/>
          <w:b/>
          <w:color w:val="2D3741"/>
          <w:sz w:val="48"/>
          <w:szCs w:val="48"/>
        </w:rPr>
        <w:t>obecní</w:t>
      </w:r>
      <w:proofErr w:type="spellEnd"/>
      <w:r w:rsidRPr="007C4088">
        <w:rPr>
          <w:rFonts w:ascii="Arial" w:hAnsi="Arial"/>
          <w:b/>
          <w:color w:val="2D3741"/>
          <w:sz w:val="48"/>
          <w:szCs w:val="48"/>
        </w:rPr>
        <w:t xml:space="preserve"> </w:t>
      </w:r>
      <w:proofErr w:type="spellStart"/>
      <w:r w:rsidR="00123327">
        <w:rPr>
          <w:rFonts w:ascii="Arial" w:hAnsi="Arial"/>
          <w:b/>
          <w:color w:val="2D3741"/>
          <w:sz w:val="48"/>
          <w:szCs w:val="48"/>
        </w:rPr>
        <w:t>vodu</w:t>
      </w:r>
      <w:proofErr w:type="spellEnd"/>
      <w:r w:rsidR="00123327">
        <w:rPr>
          <w:rFonts w:ascii="Arial" w:hAnsi="Arial"/>
          <w:b/>
          <w:color w:val="2D3741"/>
          <w:sz w:val="48"/>
          <w:szCs w:val="48"/>
        </w:rPr>
        <w:t>,</w:t>
      </w:r>
    </w:p>
    <w:p w14:paraId="32B4419D" w14:textId="77777777" w:rsidR="00E116DA" w:rsidRPr="007C4088" w:rsidRDefault="00000000">
      <w:pPr>
        <w:spacing w:after="240"/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>aby do</w:t>
      </w:r>
      <w:r w:rsidRPr="007C4088">
        <w:rPr>
          <w:rFonts w:ascii="Arial" w:hAnsi="Arial"/>
          <w:b/>
          <w:color w:val="CD4632"/>
          <w:sz w:val="48"/>
          <w:szCs w:val="48"/>
          <w:lang w:val="pl-PL"/>
        </w:rPr>
        <w:t xml:space="preserve"> 2. 11. 2026 </w:t>
      </w:r>
    </w:p>
    <w:p w14:paraId="4845F628" w14:textId="77777777" w:rsidR="00E116DA" w:rsidRPr="007C4088" w:rsidRDefault="00000000">
      <w:pPr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>nahlásili konečný stav svého vodoměru.</w:t>
      </w:r>
    </w:p>
    <w:p w14:paraId="3F01395E" w14:textId="77777777" w:rsidR="00E116DA" w:rsidRPr="007C4088" w:rsidRDefault="00000000">
      <w:pPr>
        <w:spacing w:after="100"/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145C91"/>
          <w:sz w:val="48"/>
          <w:szCs w:val="48"/>
          <w:lang w:val="pl-PL"/>
        </w:rPr>
        <w:t>Jak můžete stav nahlásit?</w:t>
      </w:r>
    </w:p>
    <w:p w14:paraId="2D02A703" w14:textId="52D8ACA5" w:rsidR="00E116DA" w:rsidRPr="007C4088" w:rsidRDefault="00000000">
      <w:pPr>
        <w:spacing w:after="80"/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</w:t>
      </w:r>
      <w:r w:rsidR="00CF0316">
        <w:rPr>
          <w:rFonts w:ascii="Arial" w:hAnsi="Arial"/>
          <w:b/>
          <w:color w:val="2D3741"/>
          <w:sz w:val="48"/>
          <w:szCs w:val="48"/>
          <w:lang w:val="pl-PL"/>
        </w:rPr>
        <w:t>O</w:t>
      </w: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>sobně na obecním úřadě v úředních hodinách</w:t>
      </w:r>
      <w:r w:rsidR="00C128CB">
        <w:rPr>
          <w:rFonts w:ascii="Arial" w:hAnsi="Arial"/>
          <w:b/>
          <w:color w:val="2D3741"/>
          <w:sz w:val="48"/>
          <w:szCs w:val="48"/>
          <w:lang w:val="pl-PL"/>
        </w:rPr>
        <w:t xml:space="preserve">, </w:t>
      </w:r>
    </w:p>
    <w:p w14:paraId="59CDEC17" w14:textId="623163AA" w:rsidR="00E116DA" w:rsidRPr="007C4088" w:rsidRDefault="00000000">
      <w:pPr>
        <w:spacing w:after="80"/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SMS zprávou</w:t>
      </w:r>
      <w:r w:rsidR="00123327">
        <w:rPr>
          <w:rFonts w:ascii="Arial" w:hAnsi="Arial"/>
          <w:b/>
          <w:color w:val="2D3741"/>
          <w:sz w:val="48"/>
          <w:szCs w:val="48"/>
          <w:lang w:val="pl-PL"/>
        </w:rPr>
        <w:t xml:space="preserve"> na </w:t>
      </w:r>
      <w:r w:rsidR="00123327" w:rsidRPr="007C4088">
        <w:rPr>
          <w:rFonts w:ascii="Arial" w:hAnsi="Arial"/>
          <w:b/>
          <w:color w:val="2D3741"/>
          <w:sz w:val="48"/>
          <w:szCs w:val="48"/>
          <w:lang w:val="pl-PL"/>
        </w:rPr>
        <w:t>telefonní číslo starostky (724 184</w:t>
      </w:r>
      <w:r w:rsidR="00123327">
        <w:rPr>
          <w:rFonts w:ascii="Arial" w:hAnsi="Arial"/>
          <w:b/>
          <w:color w:val="2D3741"/>
          <w:sz w:val="48"/>
          <w:szCs w:val="48"/>
          <w:lang w:val="pl-PL"/>
        </w:rPr>
        <w:t> </w:t>
      </w:r>
      <w:r w:rsidR="00123327" w:rsidRPr="007C4088">
        <w:rPr>
          <w:rFonts w:ascii="Arial" w:hAnsi="Arial"/>
          <w:b/>
          <w:color w:val="2D3741"/>
          <w:sz w:val="48"/>
          <w:szCs w:val="48"/>
          <w:lang w:val="pl-PL"/>
        </w:rPr>
        <w:t>392)</w:t>
      </w:r>
      <w:r w:rsidR="00C128CB">
        <w:rPr>
          <w:rFonts w:ascii="Arial" w:hAnsi="Arial"/>
          <w:b/>
          <w:color w:val="2D3741"/>
          <w:sz w:val="48"/>
          <w:szCs w:val="48"/>
          <w:lang w:val="pl-PL"/>
        </w:rPr>
        <w:t xml:space="preserve">, </w:t>
      </w:r>
    </w:p>
    <w:p w14:paraId="4BE70B91" w14:textId="1BC95444" w:rsidR="00E116DA" w:rsidRPr="007C4088" w:rsidRDefault="007C4088">
      <w:pPr>
        <w:spacing w:after="80"/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    </w:t>
      </w:r>
      <w:r w:rsidR="00000000"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</w:t>
      </w:r>
      <w:r w:rsidR="00CF0316">
        <w:rPr>
          <w:rFonts w:ascii="Arial" w:hAnsi="Arial"/>
          <w:b/>
          <w:color w:val="2D3741"/>
          <w:sz w:val="48"/>
          <w:szCs w:val="48"/>
          <w:lang w:val="pl-PL"/>
        </w:rPr>
        <w:t>z</w:t>
      </w:r>
      <w:r w:rsidR="00000000"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asláním fotografie </w:t>
      </w:r>
      <w:r w:rsidR="00123327">
        <w:rPr>
          <w:rFonts w:ascii="Arial" w:hAnsi="Arial"/>
          <w:b/>
          <w:color w:val="2D3741"/>
          <w:sz w:val="48"/>
          <w:szCs w:val="48"/>
          <w:lang w:val="pl-PL"/>
        </w:rPr>
        <w:t>přes</w:t>
      </w:r>
      <w:r w:rsidR="00000000"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</w:t>
      </w:r>
      <w:r w:rsidR="00123327">
        <w:rPr>
          <w:rFonts w:ascii="Arial" w:hAnsi="Arial"/>
          <w:b/>
          <w:color w:val="2D3741"/>
          <w:sz w:val="48"/>
          <w:szCs w:val="48"/>
          <w:lang w:val="pl-PL"/>
        </w:rPr>
        <w:t>WhatsApp</w:t>
      </w:r>
      <w:r w:rsidR="00000000"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starostky</w:t>
      </w:r>
      <w:r w:rsidR="00C128CB">
        <w:rPr>
          <w:rFonts w:ascii="Arial" w:hAnsi="Arial"/>
          <w:b/>
          <w:color w:val="2D3741"/>
          <w:sz w:val="48"/>
          <w:szCs w:val="48"/>
          <w:lang w:val="pl-PL"/>
        </w:rPr>
        <w:t>,</w:t>
      </w:r>
    </w:p>
    <w:p w14:paraId="79B39203" w14:textId="5A773312" w:rsidR="00E116DA" w:rsidRPr="007C4088" w:rsidRDefault="00000000">
      <w:pPr>
        <w:spacing w:after="80"/>
        <w:jc w:val="center"/>
        <w:rPr>
          <w:b/>
          <w:sz w:val="48"/>
          <w:szCs w:val="48"/>
          <w:lang w:val="pl-PL"/>
        </w:rPr>
      </w:pP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 xml:space="preserve"> </w:t>
      </w:r>
      <w:r w:rsidR="00CF0316">
        <w:rPr>
          <w:rFonts w:ascii="Arial" w:hAnsi="Arial"/>
          <w:b/>
          <w:color w:val="2D3741"/>
          <w:sz w:val="48"/>
          <w:szCs w:val="48"/>
          <w:lang w:val="pl-PL"/>
        </w:rPr>
        <w:t>v</w:t>
      </w:r>
      <w:r w:rsidRPr="007C4088">
        <w:rPr>
          <w:rFonts w:ascii="Arial" w:hAnsi="Arial"/>
          <w:b/>
          <w:color w:val="2D3741"/>
          <w:sz w:val="48"/>
          <w:szCs w:val="48"/>
          <w:lang w:val="pl-PL"/>
        </w:rPr>
        <w:t>hozením údaje do obecní schránky</w:t>
      </w:r>
      <w:r w:rsidR="00CF0316">
        <w:rPr>
          <w:rFonts w:ascii="Arial" w:hAnsi="Arial"/>
          <w:b/>
          <w:color w:val="2D3741"/>
          <w:sz w:val="48"/>
          <w:szCs w:val="48"/>
          <w:lang w:val="pl-PL"/>
        </w:rPr>
        <w:t>.</w:t>
      </w:r>
    </w:p>
    <w:p w14:paraId="78F58335" w14:textId="77777777" w:rsidR="00E116DA" w:rsidRPr="00123327" w:rsidRDefault="00000000">
      <w:pPr>
        <w:spacing w:before="240"/>
        <w:jc w:val="center"/>
        <w:rPr>
          <w:b/>
          <w:sz w:val="48"/>
          <w:szCs w:val="48"/>
          <w:lang w:val="pl-PL"/>
        </w:rPr>
      </w:pPr>
      <w:r w:rsidRPr="00123327">
        <w:rPr>
          <w:rFonts w:ascii="Arial" w:hAnsi="Arial"/>
          <w:b/>
          <w:color w:val="145C91"/>
          <w:sz w:val="48"/>
          <w:szCs w:val="48"/>
          <w:lang w:val="pl-PL"/>
        </w:rPr>
        <w:t>Děkujeme za spolupráci.</w:t>
      </w:r>
    </w:p>
    <w:sectPr w:rsidR="00E116DA" w:rsidRPr="00123327" w:rsidSect="00123327">
      <w:pgSz w:w="12240" w:h="15840"/>
      <w:pgMar w:top="936" w:right="616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8899092">
    <w:abstractNumId w:val="8"/>
  </w:num>
  <w:num w:numId="2" w16cid:durableId="373314771">
    <w:abstractNumId w:val="6"/>
  </w:num>
  <w:num w:numId="3" w16cid:durableId="163130229">
    <w:abstractNumId w:val="5"/>
  </w:num>
  <w:num w:numId="4" w16cid:durableId="888495122">
    <w:abstractNumId w:val="4"/>
  </w:num>
  <w:num w:numId="5" w16cid:durableId="1790004410">
    <w:abstractNumId w:val="7"/>
  </w:num>
  <w:num w:numId="6" w16cid:durableId="1474829577">
    <w:abstractNumId w:val="3"/>
  </w:num>
  <w:num w:numId="7" w16cid:durableId="1566524230">
    <w:abstractNumId w:val="2"/>
  </w:num>
  <w:num w:numId="8" w16cid:durableId="1025593918">
    <w:abstractNumId w:val="1"/>
  </w:num>
  <w:num w:numId="9" w16cid:durableId="22965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327"/>
    <w:rsid w:val="0015074B"/>
    <w:rsid w:val="0029639D"/>
    <w:rsid w:val="00321575"/>
    <w:rsid w:val="00326F90"/>
    <w:rsid w:val="007C4088"/>
    <w:rsid w:val="00AA1D8D"/>
    <w:rsid w:val="00B47730"/>
    <w:rsid w:val="00C128CB"/>
    <w:rsid w:val="00CB0664"/>
    <w:rsid w:val="00CB757B"/>
    <w:rsid w:val="00CF0316"/>
    <w:rsid w:val="00E116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4896C"/>
  <w14:defaultImageDpi w14:val="300"/>
  <w15:docId w15:val="{E85E3714-E93F-404B-988D-2D4BB94F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Obec Jezdkovice</cp:lastModifiedBy>
  <cp:revision>5</cp:revision>
  <cp:lastPrinted>2026-10-26T09:54:00Z</cp:lastPrinted>
  <dcterms:created xsi:type="dcterms:W3CDTF">2013-12-23T23:15:00Z</dcterms:created>
  <dcterms:modified xsi:type="dcterms:W3CDTF">2026-10-26T10:01:00Z</dcterms:modified>
  <cp:category/>
</cp:coreProperties>
</file>